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DC12" w14:textId="77777777" w:rsidR="00F14229" w:rsidRPr="00F14229" w:rsidRDefault="00F14229" w:rsidP="00F14229">
      <w:pPr>
        <w:pStyle w:val="a8"/>
        <w:rPr>
          <w:sz w:val="48"/>
          <w:szCs w:val="48"/>
        </w:rPr>
      </w:pPr>
      <w:r w:rsidRPr="00F14229">
        <w:rPr>
          <w:sz w:val="48"/>
          <w:szCs w:val="48"/>
        </w:rPr>
        <w:t>Submission Instructions</w:t>
      </w:r>
    </w:p>
    <w:p w14:paraId="26348DBC" w14:textId="77777777" w:rsidR="00F14229" w:rsidRDefault="00F14229" w:rsidP="00F14229">
      <w:pPr>
        <w:pStyle w:val="1"/>
      </w:pPr>
      <w:r>
        <w:t>1. Submission Email</w:t>
      </w:r>
    </w:p>
    <w:p w14:paraId="492E2E0D" w14:textId="77777777" w:rsidR="00F14229" w:rsidRDefault="00F14229" w:rsidP="00F14229">
      <w:r>
        <w:t>Please send your application to: SUspeechcontest@gmail.com</w:t>
      </w:r>
    </w:p>
    <w:p w14:paraId="0BA990E0" w14:textId="77777777" w:rsidR="00F14229" w:rsidRDefault="00F14229" w:rsidP="00F14229">
      <w:pPr>
        <w:pStyle w:val="1"/>
      </w:pPr>
      <w:r>
        <w:t>2. Email Instructions</w:t>
      </w:r>
    </w:p>
    <w:p w14:paraId="0327A74A" w14:textId="77777777" w:rsidR="00F14229" w:rsidRDefault="00F14229" w:rsidP="00F14229">
      <w:r>
        <w:t>Please write your email in English. All communication will be conducted in English, and all emails will be reviewed by international professors.</w:t>
      </w:r>
    </w:p>
    <w:p w14:paraId="2349610E" w14:textId="77777777" w:rsidR="00F14229" w:rsidRDefault="00F14229" w:rsidP="00F14229">
      <w:pPr>
        <w:pStyle w:val="a0"/>
        <w:numPr>
          <w:ilvl w:val="0"/>
          <w:numId w:val="0"/>
        </w:numPr>
      </w:pPr>
      <w:r>
        <w:t>a) Email Subject: Name of the Team + Topic of the Speech</w:t>
      </w:r>
    </w:p>
    <w:p w14:paraId="511D1F25" w14:textId="77777777" w:rsidR="00F14229" w:rsidRDefault="00F14229" w:rsidP="00F14229">
      <w:pPr>
        <w:ind w:firstLineChars="100" w:firstLine="220"/>
      </w:pPr>
      <w:r>
        <w:t xml:space="preserve">(e.g., Team </w:t>
      </w:r>
      <w:proofErr w:type="spellStart"/>
      <w:r>
        <w:rPr>
          <w:rFonts w:eastAsia="맑은 고딕" w:hint="eastAsia"/>
          <w:lang w:eastAsia="ko-KR"/>
        </w:rPr>
        <w:t>Sujeong</w:t>
      </w:r>
      <w:proofErr w:type="spellEnd"/>
      <w:r>
        <w:rPr>
          <w:rFonts w:eastAsia="맑은 고딕" w:hint="eastAsia"/>
          <w:lang w:eastAsia="ko-KR"/>
        </w:rPr>
        <w:t>: What is one piece of advice that would give to your high school self?</w:t>
      </w:r>
      <w:r>
        <w:t>)</w:t>
      </w:r>
    </w:p>
    <w:p w14:paraId="65409CBD" w14:textId="77777777" w:rsidR="00F14229" w:rsidRDefault="00F14229" w:rsidP="00F14229">
      <w:pPr>
        <w:pStyle w:val="a0"/>
        <w:numPr>
          <w:ilvl w:val="0"/>
          <w:numId w:val="0"/>
        </w:numPr>
      </w:pPr>
      <w:r>
        <w:t>b) Video Submission:</w:t>
      </w:r>
    </w:p>
    <w:p w14:paraId="7AC9F7BE" w14:textId="77777777" w:rsidR="00F14229" w:rsidRDefault="00F14229" w:rsidP="00F14229">
      <w:pPr>
        <w:ind w:firstLineChars="100" w:firstLine="220"/>
      </w:pPr>
      <w:r>
        <w:t>Upload your speech video to YouTube and include the URL in the body of your email.</w:t>
      </w:r>
    </w:p>
    <w:p w14:paraId="3132223F" w14:textId="77777777" w:rsidR="00F14229" w:rsidRDefault="00F14229" w:rsidP="00F14229">
      <w:pPr>
        <w:pStyle w:val="a0"/>
        <w:numPr>
          <w:ilvl w:val="0"/>
          <w:numId w:val="0"/>
        </w:numPr>
      </w:pPr>
      <w:r>
        <w:t>c) Email Attachments:</w:t>
      </w:r>
    </w:p>
    <w:p w14:paraId="6B5885DA" w14:textId="77777777" w:rsidR="00F14229" w:rsidRDefault="00F14229" w:rsidP="00F14229">
      <w:pPr>
        <w:ind w:firstLineChars="100" w:firstLine="220"/>
      </w:pPr>
      <w:r>
        <w:t>Please attach the following files to your email:</w:t>
      </w:r>
    </w:p>
    <w:p w14:paraId="3E13FA86" w14:textId="67409AFD" w:rsidR="00F14229" w:rsidRDefault="00F14229" w:rsidP="00F14229">
      <w:pPr>
        <w:ind w:firstLineChars="50" w:firstLine="110"/>
      </w:pPr>
      <w:r>
        <w:rPr>
          <w:rFonts w:eastAsia="맑은 고딕" w:hint="eastAsia"/>
          <w:lang w:eastAsia="ko-KR"/>
        </w:rPr>
        <w:t xml:space="preserve"> </w:t>
      </w:r>
      <w:r>
        <w:t xml:space="preserve"> </w:t>
      </w:r>
      <w:r>
        <w:rPr>
          <w:rFonts w:eastAsia="맑은 고딕" w:hint="eastAsia"/>
          <w:lang w:eastAsia="ko-KR"/>
        </w:rPr>
        <w:t xml:space="preserve"> 1)</w:t>
      </w:r>
      <w:r>
        <w:t xml:space="preserve"> Application Form and Content Use Agreement</w:t>
      </w:r>
    </w:p>
    <w:p w14:paraId="1F7ECA1D" w14:textId="030F81E2" w:rsidR="00F14229" w:rsidRDefault="00F14229" w:rsidP="00F14229">
      <w:pPr>
        <w:ind w:firstLineChars="50" w:firstLine="110"/>
      </w:pPr>
      <w:r>
        <w:rPr>
          <w:rFonts w:eastAsia="맑은 고딕" w:hint="eastAsia"/>
          <w:lang w:eastAsia="ko-KR"/>
        </w:rPr>
        <w:t xml:space="preserve"> </w:t>
      </w:r>
      <w:r>
        <w:t xml:space="preserve"> 2) Video file</w:t>
      </w:r>
    </w:p>
    <w:p w14:paraId="5E1C6F6F" w14:textId="77777777" w:rsidR="00F14229" w:rsidRDefault="00F14229" w:rsidP="00F14229">
      <w:pPr>
        <w:rPr>
          <w:rFonts w:eastAsia="맑은 고딕"/>
          <w:lang w:eastAsia="ko-KR"/>
        </w:rPr>
      </w:pPr>
    </w:p>
    <w:p w14:paraId="7ED1805B" w14:textId="77777777" w:rsidR="00F14229" w:rsidRDefault="00F14229" w:rsidP="00F14229">
      <w:pPr>
        <w:rPr>
          <w:rFonts w:eastAsia="맑은 고딕"/>
          <w:lang w:eastAsia="ko-KR"/>
        </w:rPr>
      </w:pPr>
    </w:p>
    <w:p w14:paraId="266631E7" w14:textId="77777777" w:rsidR="00F14229" w:rsidRDefault="00F14229" w:rsidP="00F14229">
      <w:pPr>
        <w:rPr>
          <w:rFonts w:eastAsia="맑은 고딕"/>
          <w:lang w:eastAsia="ko-KR"/>
        </w:rPr>
      </w:pPr>
    </w:p>
    <w:p w14:paraId="2D70442D" w14:textId="77777777" w:rsidR="00F14229" w:rsidRDefault="00F14229" w:rsidP="00F14229">
      <w:pPr>
        <w:rPr>
          <w:rFonts w:eastAsia="맑은 고딕"/>
          <w:lang w:eastAsia="ko-KR"/>
        </w:rPr>
      </w:pPr>
    </w:p>
    <w:p w14:paraId="24FC0089" w14:textId="77777777" w:rsidR="00F14229" w:rsidRDefault="00F14229" w:rsidP="00F14229">
      <w:pPr>
        <w:rPr>
          <w:rFonts w:eastAsia="맑은 고딕"/>
          <w:lang w:eastAsia="ko-KR"/>
        </w:rPr>
      </w:pPr>
    </w:p>
    <w:p w14:paraId="7BC0C64E" w14:textId="77777777" w:rsidR="00F14229" w:rsidRDefault="00F14229" w:rsidP="00F14229">
      <w:pPr>
        <w:rPr>
          <w:rFonts w:eastAsia="맑은 고딕"/>
          <w:lang w:eastAsia="ko-KR"/>
        </w:rPr>
      </w:pPr>
    </w:p>
    <w:p w14:paraId="51B7BD6B" w14:textId="77777777" w:rsidR="00F14229" w:rsidRDefault="00F14229" w:rsidP="00F14229">
      <w:pPr>
        <w:rPr>
          <w:rFonts w:eastAsia="맑은 고딕"/>
          <w:lang w:eastAsia="ko-KR"/>
        </w:rPr>
      </w:pPr>
    </w:p>
    <w:p w14:paraId="0F638949" w14:textId="77777777" w:rsidR="00F14229" w:rsidRDefault="00F14229" w:rsidP="00F14229">
      <w:pPr>
        <w:rPr>
          <w:rFonts w:eastAsia="맑은 고딕"/>
          <w:lang w:eastAsia="ko-KR"/>
        </w:rPr>
      </w:pPr>
    </w:p>
    <w:p w14:paraId="3F495929" w14:textId="77777777" w:rsidR="00F14229" w:rsidRDefault="00F14229" w:rsidP="00F14229">
      <w:pPr>
        <w:rPr>
          <w:rFonts w:eastAsia="맑은 고딕"/>
          <w:lang w:eastAsia="ko-KR"/>
        </w:rPr>
      </w:pPr>
    </w:p>
    <w:p w14:paraId="7FB074BE" w14:textId="77777777" w:rsidR="00F14229" w:rsidRPr="007474C9" w:rsidRDefault="00F14229" w:rsidP="00F14229">
      <w:pPr>
        <w:rPr>
          <w:rFonts w:eastAsia="맑은 고딕" w:hint="eastAsia"/>
          <w:lang w:eastAsia="ko-KR"/>
        </w:rPr>
      </w:pPr>
    </w:p>
    <w:p w14:paraId="3AFD3046" w14:textId="7301B8EA" w:rsidR="00B65EAB" w:rsidRPr="00F4252D" w:rsidRDefault="00000000">
      <w:pPr>
        <w:pStyle w:val="a8"/>
        <w:rPr>
          <w:sz w:val="48"/>
          <w:szCs w:val="48"/>
        </w:rPr>
      </w:pPr>
      <w:r w:rsidRPr="00F4252D">
        <w:rPr>
          <w:sz w:val="48"/>
          <w:szCs w:val="48"/>
        </w:rPr>
        <w:lastRenderedPageBreak/>
        <w:t>English Speech Contest Application Form</w:t>
      </w:r>
    </w:p>
    <w:p w14:paraId="1E31D32F" w14:textId="77777777" w:rsidR="00B65EAB" w:rsidRDefault="00000000">
      <w:pPr>
        <w:pStyle w:val="1"/>
      </w:pPr>
      <w:r>
        <w:t>1. Name of the Team</w:t>
      </w:r>
    </w:p>
    <w:p w14:paraId="787F7F2C" w14:textId="77777777" w:rsidR="00B65EAB" w:rsidRDefault="00000000">
      <w:r>
        <w:t>______________________________________________</w:t>
      </w:r>
    </w:p>
    <w:p w14:paraId="4E3EB7AA" w14:textId="77777777" w:rsidR="00B65EAB" w:rsidRDefault="00000000">
      <w:pPr>
        <w:pStyle w:val="1"/>
      </w:pPr>
      <w:r>
        <w:t>2. Personal Information</w:t>
      </w:r>
    </w:p>
    <w:p w14:paraId="5718D830" w14:textId="735710D0" w:rsidR="00B65EAB" w:rsidRDefault="00000000">
      <w:r>
        <w:t>(Please provide information for all team members)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437"/>
        <w:gridCol w:w="1440"/>
        <w:gridCol w:w="1439"/>
        <w:gridCol w:w="1438"/>
        <w:gridCol w:w="1438"/>
        <w:gridCol w:w="1438"/>
      </w:tblGrid>
      <w:tr w:rsidR="00B65EAB" w14:paraId="02B4845C" w14:textId="77777777" w:rsidTr="00F4252D">
        <w:tc>
          <w:tcPr>
            <w:tcW w:w="1437" w:type="dxa"/>
          </w:tcPr>
          <w:p w14:paraId="6F2A84B3" w14:textId="77777777" w:rsidR="00B65EAB" w:rsidRDefault="00000000">
            <w:r>
              <w:t>No.</w:t>
            </w:r>
          </w:p>
        </w:tc>
        <w:tc>
          <w:tcPr>
            <w:tcW w:w="1440" w:type="dxa"/>
          </w:tcPr>
          <w:p w14:paraId="4D31AA02" w14:textId="77777777" w:rsidR="00B65EAB" w:rsidRDefault="00000000">
            <w:r>
              <w:t>Major / Department</w:t>
            </w:r>
          </w:p>
        </w:tc>
        <w:tc>
          <w:tcPr>
            <w:tcW w:w="1439" w:type="dxa"/>
          </w:tcPr>
          <w:p w14:paraId="0553E69F" w14:textId="77777777" w:rsidR="00B65EAB" w:rsidRDefault="00000000">
            <w:r>
              <w:t>Student Number</w:t>
            </w:r>
          </w:p>
        </w:tc>
        <w:tc>
          <w:tcPr>
            <w:tcW w:w="1438" w:type="dxa"/>
          </w:tcPr>
          <w:p w14:paraId="7EC317B5" w14:textId="77777777" w:rsidR="00B65EAB" w:rsidRDefault="00000000">
            <w:r>
              <w:t>Name</w:t>
            </w:r>
          </w:p>
        </w:tc>
        <w:tc>
          <w:tcPr>
            <w:tcW w:w="1438" w:type="dxa"/>
          </w:tcPr>
          <w:p w14:paraId="1D717291" w14:textId="77777777" w:rsidR="00B65EAB" w:rsidRDefault="00000000">
            <w:r>
              <w:t>Phone</w:t>
            </w:r>
          </w:p>
        </w:tc>
        <w:tc>
          <w:tcPr>
            <w:tcW w:w="1438" w:type="dxa"/>
          </w:tcPr>
          <w:p w14:paraId="2444E93D" w14:textId="77777777" w:rsidR="00B65EAB" w:rsidRDefault="00000000">
            <w:r>
              <w:t>Email</w:t>
            </w:r>
          </w:p>
        </w:tc>
      </w:tr>
      <w:tr w:rsidR="00B65EAB" w14:paraId="57E58D23" w14:textId="77777777" w:rsidTr="00F4252D">
        <w:tc>
          <w:tcPr>
            <w:tcW w:w="1437" w:type="dxa"/>
          </w:tcPr>
          <w:p w14:paraId="62465D90" w14:textId="77777777" w:rsidR="00B65EAB" w:rsidRDefault="00000000">
            <w:r>
              <w:t>1</w:t>
            </w:r>
          </w:p>
        </w:tc>
        <w:tc>
          <w:tcPr>
            <w:tcW w:w="1440" w:type="dxa"/>
          </w:tcPr>
          <w:p w14:paraId="40805A98" w14:textId="77777777" w:rsidR="00B65EAB" w:rsidRDefault="00B65EAB"/>
        </w:tc>
        <w:tc>
          <w:tcPr>
            <w:tcW w:w="1439" w:type="dxa"/>
          </w:tcPr>
          <w:p w14:paraId="17205EAD" w14:textId="77777777" w:rsidR="00B65EAB" w:rsidRDefault="00B65EAB"/>
        </w:tc>
        <w:tc>
          <w:tcPr>
            <w:tcW w:w="1438" w:type="dxa"/>
          </w:tcPr>
          <w:p w14:paraId="4FDCC413" w14:textId="77777777" w:rsidR="00B65EAB" w:rsidRDefault="00B65EAB"/>
        </w:tc>
        <w:tc>
          <w:tcPr>
            <w:tcW w:w="1438" w:type="dxa"/>
          </w:tcPr>
          <w:p w14:paraId="635AF3B4" w14:textId="77777777" w:rsidR="00B65EAB" w:rsidRDefault="00B65EAB"/>
        </w:tc>
        <w:tc>
          <w:tcPr>
            <w:tcW w:w="1438" w:type="dxa"/>
          </w:tcPr>
          <w:p w14:paraId="33442253" w14:textId="77777777" w:rsidR="00B65EAB" w:rsidRDefault="00B65EAB"/>
        </w:tc>
      </w:tr>
      <w:tr w:rsidR="00B65EAB" w14:paraId="2CB4FDB2" w14:textId="77777777" w:rsidTr="00F4252D">
        <w:tc>
          <w:tcPr>
            <w:tcW w:w="1437" w:type="dxa"/>
          </w:tcPr>
          <w:p w14:paraId="1C646064" w14:textId="77777777" w:rsidR="00B65EAB" w:rsidRDefault="00000000">
            <w:r>
              <w:t>2</w:t>
            </w:r>
          </w:p>
        </w:tc>
        <w:tc>
          <w:tcPr>
            <w:tcW w:w="1440" w:type="dxa"/>
          </w:tcPr>
          <w:p w14:paraId="51D2ACA7" w14:textId="77777777" w:rsidR="00B65EAB" w:rsidRDefault="00B65EAB"/>
        </w:tc>
        <w:tc>
          <w:tcPr>
            <w:tcW w:w="1439" w:type="dxa"/>
          </w:tcPr>
          <w:p w14:paraId="1A3651B8" w14:textId="77777777" w:rsidR="00B65EAB" w:rsidRDefault="00B65EAB"/>
        </w:tc>
        <w:tc>
          <w:tcPr>
            <w:tcW w:w="1438" w:type="dxa"/>
          </w:tcPr>
          <w:p w14:paraId="30E9CB86" w14:textId="77777777" w:rsidR="00B65EAB" w:rsidRDefault="00B65EAB"/>
        </w:tc>
        <w:tc>
          <w:tcPr>
            <w:tcW w:w="1438" w:type="dxa"/>
          </w:tcPr>
          <w:p w14:paraId="143198B1" w14:textId="77777777" w:rsidR="00B65EAB" w:rsidRDefault="00B65EAB"/>
        </w:tc>
        <w:tc>
          <w:tcPr>
            <w:tcW w:w="1438" w:type="dxa"/>
          </w:tcPr>
          <w:p w14:paraId="4DBB7CF1" w14:textId="77777777" w:rsidR="00B65EAB" w:rsidRDefault="00B65EAB"/>
        </w:tc>
      </w:tr>
    </w:tbl>
    <w:p w14:paraId="317AE176" w14:textId="77777777" w:rsidR="00B65EAB" w:rsidRDefault="00000000">
      <w:pPr>
        <w:pStyle w:val="1"/>
      </w:pPr>
      <w:r>
        <w:t>3. Topic</w:t>
      </w:r>
    </w:p>
    <w:p w14:paraId="522848C7" w14:textId="77777777" w:rsidR="00B65EAB" w:rsidRDefault="00000000">
      <w:r>
        <w:t>(Choose 1 topic from the provided list)</w:t>
      </w:r>
    </w:p>
    <w:p w14:paraId="6E7CDD1F" w14:textId="77777777" w:rsidR="00B65EAB" w:rsidRDefault="00000000">
      <w:r>
        <w:t>______________________________________________</w:t>
      </w:r>
    </w:p>
    <w:p w14:paraId="473BDE81" w14:textId="77777777" w:rsidR="00B65EAB" w:rsidRDefault="00000000">
      <w:pPr>
        <w:pStyle w:val="1"/>
      </w:pPr>
      <w:r>
        <w:t>4. Speech Summary</w:t>
      </w:r>
    </w:p>
    <w:p w14:paraId="5ED3D899" w14:textId="77777777" w:rsidR="00B65EAB" w:rsidRDefault="00000000">
      <w:r>
        <w:t>(Please summarize your presentation in one paragraph)</w:t>
      </w:r>
    </w:p>
    <w:p w14:paraId="00294857" w14:textId="77777777" w:rsidR="00B65EAB" w:rsidRDefault="00000000">
      <w:pPr>
        <w:rPr>
          <w:rFonts w:eastAsia="맑은 고딕"/>
          <w:lang w:eastAsia="ko-KR"/>
        </w:rPr>
      </w:pPr>
      <w:r>
        <w:t>______________________________________________________________________________</w:t>
      </w:r>
      <w:r>
        <w:br/>
        <w:t>______________________________________________________________________________</w:t>
      </w:r>
      <w:r>
        <w:br/>
        <w:t>______________________________________________________________________________</w:t>
      </w:r>
      <w:r>
        <w:br/>
      </w:r>
    </w:p>
    <w:p w14:paraId="7C27C14A" w14:textId="77777777" w:rsidR="00BA19D9" w:rsidRDefault="00BA19D9">
      <w:pPr>
        <w:rPr>
          <w:rFonts w:eastAsia="맑은 고딕"/>
          <w:lang w:eastAsia="ko-KR"/>
        </w:rPr>
      </w:pPr>
    </w:p>
    <w:p w14:paraId="570B430D" w14:textId="77777777" w:rsidR="00BA19D9" w:rsidRDefault="00BA19D9">
      <w:pPr>
        <w:rPr>
          <w:rFonts w:eastAsia="맑은 고딕"/>
          <w:lang w:eastAsia="ko-KR"/>
        </w:rPr>
      </w:pPr>
    </w:p>
    <w:p w14:paraId="46DCBFB3" w14:textId="77777777" w:rsidR="00BA19D9" w:rsidRDefault="00BA19D9">
      <w:pPr>
        <w:rPr>
          <w:rFonts w:eastAsia="맑은 고딕"/>
          <w:lang w:eastAsia="ko-KR"/>
        </w:rPr>
      </w:pPr>
    </w:p>
    <w:p w14:paraId="7ADBD927" w14:textId="77777777" w:rsidR="00BA19D9" w:rsidRDefault="00BA19D9">
      <w:pPr>
        <w:rPr>
          <w:rFonts w:eastAsia="맑은 고딕"/>
          <w:lang w:eastAsia="ko-KR"/>
        </w:rPr>
      </w:pPr>
    </w:p>
    <w:p w14:paraId="674F246E" w14:textId="77777777" w:rsidR="00BA19D9" w:rsidRDefault="00BA19D9">
      <w:pPr>
        <w:rPr>
          <w:rFonts w:eastAsia="맑은 고딕"/>
          <w:lang w:eastAsia="ko-KR"/>
        </w:rPr>
      </w:pPr>
    </w:p>
    <w:p w14:paraId="39282C9D" w14:textId="77777777" w:rsidR="00BA19D9" w:rsidRDefault="00BA19D9">
      <w:pPr>
        <w:rPr>
          <w:rFonts w:eastAsia="맑은 고딕"/>
          <w:lang w:eastAsia="ko-KR"/>
        </w:rPr>
      </w:pPr>
    </w:p>
    <w:p w14:paraId="3C6F1ABE" w14:textId="77777777" w:rsidR="00BA19D9" w:rsidRDefault="00BA19D9">
      <w:pPr>
        <w:rPr>
          <w:rFonts w:eastAsia="맑은 고딕"/>
          <w:lang w:eastAsia="ko-KR"/>
        </w:rPr>
      </w:pPr>
    </w:p>
    <w:p w14:paraId="7B7F3BCE" w14:textId="77777777" w:rsidR="00BA19D9" w:rsidRDefault="00BA19D9">
      <w:pPr>
        <w:rPr>
          <w:rFonts w:eastAsia="맑은 고딕"/>
          <w:lang w:eastAsia="ko-KR"/>
        </w:rPr>
      </w:pPr>
    </w:p>
    <w:p w14:paraId="68D178B0" w14:textId="77777777" w:rsidR="00BA19D9" w:rsidRDefault="00BA19D9">
      <w:pPr>
        <w:rPr>
          <w:rFonts w:eastAsia="맑은 고딕"/>
          <w:lang w:eastAsia="ko-KR"/>
        </w:rPr>
      </w:pPr>
    </w:p>
    <w:p w14:paraId="0B808628" w14:textId="1A048D4D" w:rsidR="00BA19D9" w:rsidRPr="00BA19D9" w:rsidRDefault="00BA19D9" w:rsidP="00BA19D9">
      <w:pPr>
        <w:pStyle w:val="a8"/>
        <w:rPr>
          <w:rFonts w:eastAsia="맑은 고딕" w:hint="eastAsia"/>
          <w:sz w:val="48"/>
          <w:szCs w:val="48"/>
          <w:lang w:eastAsia="ko-KR"/>
        </w:rPr>
      </w:pPr>
      <w:r>
        <w:rPr>
          <w:rFonts w:ascii="맑은 고딕" w:eastAsia="맑은 고딕" w:hAnsi="맑은 고딕" w:cs="맑은 고딕" w:hint="eastAsia"/>
          <w:sz w:val="48"/>
          <w:szCs w:val="48"/>
          <w:lang w:eastAsia="ko-KR"/>
        </w:rPr>
        <w:lastRenderedPageBreak/>
        <w:t>콘텐츠 활용 동의서</w:t>
      </w:r>
    </w:p>
    <w:p w14:paraId="216B0CBF" w14:textId="77777777" w:rsidR="00BA19D9" w:rsidRPr="00BA19D9" w:rsidRDefault="00BA19D9" w:rsidP="00BA19D9">
      <w:pPr>
        <w:rPr>
          <w:rFonts w:eastAsia="맑은 고딕" w:hint="eastAsia"/>
          <w:sz w:val="16"/>
          <w:szCs w:val="16"/>
          <w:lang w:eastAsia="ko-KR"/>
        </w:rPr>
      </w:pPr>
    </w:p>
    <w:p w14:paraId="22D4CD36" w14:textId="0AAEBCDE" w:rsidR="00BA19D9" w:rsidRPr="00BA19D9" w:rsidRDefault="00BA19D9" w:rsidP="00BA19D9">
      <w:pPr>
        <w:spacing w:line="240" w:lineRule="auto"/>
        <w:rPr>
          <w:rFonts w:eastAsia="맑은 고딕"/>
          <w:lang w:eastAsia="ko-KR"/>
        </w:rPr>
      </w:pPr>
      <w:r w:rsidRPr="00BA19D9">
        <w:rPr>
          <w:rFonts w:eastAsia="맑은 고딕" w:hint="eastAsia"/>
          <w:lang w:eastAsia="ko-KR"/>
        </w:rPr>
        <w:t>성신여자대학교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창의융합대학에서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주최하는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/>
          <w:lang w:eastAsia="ko-KR"/>
        </w:rPr>
        <w:t>202</w:t>
      </w:r>
      <w:r>
        <w:rPr>
          <w:rFonts w:eastAsia="맑은 고딕" w:hint="eastAsia"/>
          <w:lang w:eastAsia="ko-KR"/>
        </w:rPr>
        <w:t>5</w:t>
      </w:r>
      <w:r w:rsidRPr="00BA19D9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성신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영어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스피치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콘테스트</w:t>
      </w:r>
      <w:r w:rsidRPr="00BA19D9">
        <w:rPr>
          <w:rFonts w:eastAsia="맑은 고딕" w:hint="eastAsia"/>
          <w:lang w:eastAsia="ko-KR"/>
        </w:rPr>
        <w:t>에서는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참가한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모든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팀의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제출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영상에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대하여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아래와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같이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콘텐츠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내용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참가자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정보를</w:t>
      </w:r>
      <w:r w:rsidRPr="00BA19D9">
        <w:rPr>
          <w:rFonts w:eastAsia="맑은 고딕" w:hint="eastAsia"/>
          <w:lang w:eastAsia="ko-KR"/>
        </w:rPr>
        <w:t xml:space="preserve"> </w:t>
      </w:r>
      <w:proofErr w:type="spellStart"/>
      <w:r w:rsidRPr="00BA19D9">
        <w:rPr>
          <w:rFonts w:eastAsia="맑은 고딕" w:hint="eastAsia"/>
          <w:lang w:eastAsia="ko-KR"/>
        </w:rPr>
        <w:t>수집</w:t>
      </w:r>
      <w:r w:rsidRPr="00BA19D9">
        <w:rPr>
          <w:rFonts w:ascii="Noto Sans KR" w:eastAsia="Noto Sans KR" w:hAnsi="Noto Sans KR" w:cs="Noto Sans KR" w:hint="eastAsia"/>
          <w:lang w:eastAsia="ko-KR"/>
        </w:rPr>
        <w:t>・</w:t>
      </w:r>
      <w:r w:rsidRPr="00BA19D9">
        <w:rPr>
          <w:rFonts w:ascii="맑은 고딕" w:eastAsia="맑은 고딕" w:hAnsi="맑은 고딕" w:cs="맑은 고딕" w:hint="eastAsia"/>
          <w:lang w:eastAsia="ko-KR"/>
        </w:rPr>
        <w:t>이용하고</w:t>
      </w:r>
      <w:proofErr w:type="spellEnd"/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있으며</w:t>
      </w:r>
      <w:r w:rsidRPr="00BA19D9">
        <w:rPr>
          <w:rFonts w:eastAsia="맑은 고딕"/>
          <w:lang w:eastAsia="ko-KR"/>
        </w:rPr>
        <w:t xml:space="preserve">, </w:t>
      </w:r>
      <w:r w:rsidRPr="00BA19D9">
        <w:rPr>
          <w:rFonts w:eastAsia="맑은 고딕" w:hint="eastAsia"/>
          <w:lang w:eastAsia="ko-KR"/>
        </w:rPr>
        <w:t>관련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내용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개인정보가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안전하게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관리될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있도록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필요한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사항을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처리하고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있습니다</w:t>
      </w:r>
      <w:r w:rsidRPr="00BA19D9">
        <w:rPr>
          <w:rFonts w:eastAsia="맑은 고딕"/>
          <w:lang w:eastAsia="ko-KR"/>
        </w:rPr>
        <w:t>.</w:t>
      </w:r>
    </w:p>
    <w:p w14:paraId="7133871C" w14:textId="77777777" w:rsidR="00BA19D9" w:rsidRPr="00BA19D9" w:rsidRDefault="00BA19D9" w:rsidP="00BA19D9">
      <w:pPr>
        <w:spacing w:line="240" w:lineRule="auto"/>
        <w:rPr>
          <w:rFonts w:eastAsia="맑은 고딕"/>
          <w:sz w:val="16"/>
          <w:szCs w:val="16"/>
          <w:lang w:eastAsia="ko-KR"/>
        </w:rPr>
      </w:pPr>
    </w:p>
    <w:p w14:paraId="20E6B4A5" w14:textId="59DD3E2F" w:rsidR="00BA19D9" w:rsidRPr="00BA19D9" w:rsidRDefault="00BA19D9" w:rsidP="00BA19D9">
      <w:pPr>
        <w:spacing w:line="240" w:lineRule="auto"/>
        <w:rPr>
          <w:rFonts w:eastAsia="맑은 고딕" w:hint="eastAsia"/>
          <w:lang w:eastAsia="ko-KR"/>
        </w:rPr>
      </w:pPr>
      <w:r w:rsidRPr="00BA19D9">
        <w:rPr>
          <w:rFonts w:ascii="맑은 고딕" w:eastAsia="맑은 고딕" w:hAnsi="맑은 고딕" w:cs="맑은 고딕" w:hint="eastAsia"/>
          <w:b/>
          <w:bCs/>
          <w:lang w:eastAsia="ko-KR"/>
        </w:rPr>
        <w:t>콘텐츠</w:t>
      </w:r>
      <w:r w:rsidRPr="00BA19D9">
        <w:rPr>
          <w:rFonts w:eastAsia="맑은 고딕" w:hint="eastAsia"/>
          <w:b/>
          <w:bCs/>
          <w:lang w:eastAsia="ko-KR"/>
        </w:rPr>
        <w:t xml:space="preserve"> </w:t>
      </w:r>
      <w:r w:rsidRPr="00BA19D9">
        <w:rPr>
          <w:rFonts w:eastAsia="맑은 고딕" w:hint="eastAsia"/>
          <w:b/>
          <w:bCs/>
          <w:lang w:eastAsia="ko-KR"/>
        </w:rPr>
        <w:t>활용에</w:t>
      </w:r>
      <w:r w:rsidRPr="00BA19D9">
        <w:rPr>
          <w:rFonts w:eastAsia="맑은 고딕" w:hint="eastAsia"/>
          <w:b/>
          <w:bCs/>
          <w:lang w:eastAsia="ko-KR"/>
        </w:rPr>
        <w:t xml:space="preserve"> </w:t>
      </w:r>
      <w:r w:rsidRPr="00BA19D9">
        <w:rPr>
          <w:rFonts w:eastAsia="맑은 고딕" w:hint="eastAsia"/>
          <w:b/>
          <w:bCs/>
          <w:lang w:eastAsia="ko-KR"/>
        </w:rPr>
        <w:t>대한</w:t>
      </w:r>
      <w:r w:rsidRPr="00BA19D9">
        <w:rPr>
          <w:rFonts w:eastAsia="맑은 고딕" w:hint="eastAsia"/>
          <w:b/>
          <w:bCs/>
          <w:lang w:eastAsia="ko-KR"/>
        </w:rPr>
        <w:t xml:space="preserve"> </w:t>
      </w:r>
      <w:r w:rsidRPr="00BA19D9">
        <w:rPr>
          <w:rFonts w:eastAsia="맑은 고딕" w:hint="eastAsia"/>
          <w:b/>
          <w:bCs/>
          <w:lang w:eastAsia="ko-KR"/>
        </w:rPr>
        <w:t>동의</w:t>
      </w:r>
      <w:r w:rsidRPr="00BA19D9">
        <w:rPr>
          <w:rFonts w:eastAsia="맑은 고딕" w:hint="eastAsia"/>
          <w:b/>
          <w:bCs/>
          <w:lang w:eastAsia="ko-KR"/>
        </w:rPr>
        <w:t xml:space="preserve"> </w:t>
      </w:r>
      <w:proofErr w:type="gramStart"/>
      <w:r w:rsidRPr="00BA19D9">
        <w:rPr>
          <w:rFonts w:eastAsia="맑은 고딕" w:hint="eastAsia"/>
          <w:b/>
          <w:bCs/>
          <w:lang w:eastAsia="ko-KR"/>
        </w:rPr>
        <w:t xml:space="preserve">(  </w:t>
      </w:r>
      <w:proofErr w:type="gramEnd"/>
      <w:r w:rsidRPr="00BA19D9">
        <w:rPr>
          <w:rFonts w:eastAsia="맑은 고딕" w:hint="eastAsia"/>
          <w:b/>
          <w:bCs/>
          <w:lang w:eastAsia="ko-KR"/>
        </w:rPr>
        <w:t xml:space="preserve">        </w:t>
      </w:r>
      <w:proofErr w:type="gramStart"/>
      <w:r w:rsidRPr="00BA19D9">
        <w:rPr>
          <w:rFonts w:eastAsia="맑은 고딕" w:hint="eastAsia"/>
          <w:b/>
          <w:bCs/>
          <w:lang w:eastAsia="ko-KR"/>
        </w:rPr>
        <w:t xml:space="preserve">  )</w:t>
      </w:r>
      <w:proofErr w:type="gramEnd"/>
    </w:p>
    <w:p w14:paraId="4DACDC95" w14:textId="17051377" w:rsidR="00BA19D9" w:rsidRPr="00BA19D9" w:rsidRDefault="00BA19D9" w:rsidP="00BA19D9">
      <w:pPr>
        <w:spacing w:line="240" w:lineRule="auto"/>
        <w:rPr>
          <w:rFonts w:eastAsia="맑은 고딕" w:hint="eastAsia"/>
          <w:lang w:eastAsia="ko-KR"/>
        </w:rPr>
      </w:pPr>
      <w:r w:rsidRPr="00BA19D9">
        <w:rPr>
          <w:rFonts w:eastAsia="맑은 고딕" w:hint="eastAsia"/>
          <w:b/>
          <w:bCs/>
          <w:lang w:eastAsia="ko-KR"/>
        </w:rPr>
        <w:t>개인정보</w:t>
      </w:r>
      <w:r w:rsidRPr="00BA19D9">
        <w:rPr>
          <w:rFonts w:eastAsia="맑은 고딕" w:hint="eastAsia"/>
          <w:b/>
          <w:bCs/>
          <w:lang w:eastAsia="ko-KR"/>
        </w:rPr>
        <w:t xml:space="preserve"> </w:t>
      </w:r>
      <w:proofErr w:type="spellStart"/>
      <w:r w:rsidRPr="00BA19D9">
        <w:rPr>
          <w:rFonts w:eastAsia="맑은 고딕" w:hint="eastAsia"/>
          <w:b/>
          <w:bCs/>
          <w:lang w:eastAsia="ko-KR"/>
        </w:rPr>
        <w:t>수집ᆞ</w:t>
      </w:r>
      <w:r w:rsidRPr="00BA19D9">
        <w:rPr>
          <w:rFonts w:ascii="맑은 고딕" w:eastAsia="맑은 고딕" w:hAnsi="맑은 고딕" w:cs="맑은 고딕" w:hint="eastAsia"/>
          <w:b/>
          <w:bCs/>
          <w:lang w:eastAsia="ko-KR"/>
        </w:rPr>
        <w:t>이용에</w:t>
      </w:r>
      <w:proofErr w:type="spellEnd"/>
      <w:r w:rsidRPr="00BA19D9">
        <w:rPr>
          <w:rFonts w:eastAsia="맑은 고딕" w:hint="eastAsia"/>
          <w:b/>
          <w:bCs/>
          <w:lang w:eastAsia="ko-KR"/>
        </w:rPr>
        <w:t xml:space="preserve"> </w:t>
      </w:r>
      <w:r w:rsidRPr="00BA19D9">
        <w:rPr>
          <w:rFonts w:eastAsia="맑은 고딕" w:hint="eastAsia"/>
          <w:b/>
          <w:bCs/>
          <w:lang w:eastAsia="ko-KR"/>
        </w:rPr>
        <w:t>대한</w:t>
      </w:r>
      <w:r w:rsidRPr="00BA19D9">
        <w:rPr>
          <w:rFonts w:eastAsia="맑은 고딕" w:hint="eastAsia"/>
          <w:b/>
          <w:bCs/>
          <w:lang w:eastAsia="ko-KR"/>
        </w:rPr>
        <w:t xml:space="preserve"> </w:t>
      </w:r>
      <w:r w:rsidRPr="00BA19D9">
        <w:rPr>
          <w:rFonts w:eastAsia="맑은 고딕" w:hint="eastAsia"/>
          <w:b/>
          <w:bCs/>
          <w:lang w:eastAsia="ko-KR"/>
        </w:rPr>
        <w:t>동의</w:t>
      </w:r>
      <w:r>
        <w:rPr>
          <w:rFonts w:eastAsia="맑은 고딕" w:hint="eastAsia"/>
          <w:b/>
          <w:bCs/>
          <w:lang w:eastAsia="ko-KR"/>
        </w:rPr>
        <w:t xml:space="preserve"> </w:t>
      </w:r>
      <w:proofErr w:type="gramStart"/>
      <w:r>
        <w:rPr>
          <w:rFonts w:eastAsia="맑은 고딕" w:hint="eastAsia"/>
          <w:b/>
          <w:bCs/>
          <w:lang w:eastAsia="ko-KR"/>
        </w:rPr>
        <w:t xml:space="preserve">(  </w:t>
      </w:r>
      <w:proofErr w:type="gramEnd"/>
      <w:r>
        <w:rPr>
          <w:rFonts w:eastAsia="맑은 고딕" w:hint="eastAsia"/>
          <w:b/>
          <w:bCs/>
          <w:lang w:eastAsia="ko-KR"/>
        </w:rPr>
        <w:t xml:space="preserve">         </w:t>
      </w:r>
      <w:proofErr w:type="gramStart"/>
      <w:r>
        <w:rPr>
          <w:rFonts w:eastAsia="맑은 고딕" w:hint="eastAsia"/>
          <w:b/>
          <w:bCs/>
          <w:lang w:eastAsia="ko-KR"/>
        </w:rPr>
        <w:t xml:space="preserve">  )</w:t>
      </w:r>
      <w:proofErr w:type="gramEnd"/>
    </w:p>
    <w:p w14:paraId="6DF19A98" w14:textId="77777777" w:rsidR="00BA19D9" w:rsidRPr="00BA19D9" w:rsidRDefault="00BA19D9" w:rsidP="00BA19D9">
      <w:pPr>
        <w:spacing w:line="240" w:lineRule="auto"/>
        <w:rPr>
          <w:rFonts w:eastAsia="맑은 고딕" w:hint="eastAsia"/>
          <w:sz w:val="16"/>
          <w:szCs w:val="16"/>
          <w:lang w:eastAsia="ko-KR"/>
        </w:rPr>
      </w:pPr>
    </w:p>
    <w:p w14:paraId="59306DD9" w14:textId="0D820D8D" w:rsidR="00BA19D9" w:rsidRPr="00BA19D9" w:rsidRDefault="00BA19D9" w:rsidP="00BA19D9">
      <w:pPr>
        <w:spacing w:line="240" w:lineRule="auto"/>
        <w:rPr>
          <w:rFonts w:eastAsia="맑은 고딕" w:hint="eastAsia"/>
          <w:lang w:eastAsia="ko-KR"/>
        </w:rPr>
      </w:pPr>
      <w:r w:rsidRPr="00BA19D9">
        <w:rPr>
          <w:rFonts w:eastAsia="맑은 고딕" w:hint="eastAsia"/>
          <w:lang w:eastAsia="ko-KR"/>
        </w:rPr>
        <w:t>가</w:t>
      </w:r>
      <w:r w:rsidRPr="00BA19D9">
        <w:rPr>
          <w:rFonts w:eastAsia="맑은 고딕"/>
          <w:lang w:eastAsia="ko-KR"/>
        </w:rPr>
        <w:t xml:space="preserve">. </w:t>
      </w:r>
      <w:r w:rsidRPr="00BA19D9">
        <w:rPr>
          <w:rFonts w:eastAsia="맑은 고딕" w:hint="eastAsia"/>
          <w:lang w:eastAsia="ko-KR"/>
        </w:rPr>
        <w:t>콘텐츠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활용</w:t>
      </w:r>
      <w:r w:rsidRPr="00BA19D9">
        <w:rPr>
          <w:rFonts w:eastAsia="맑은 고딕" w:hint="eastAsia"/>
          <w:lang w:eastAsia="ko-KR"/>
        </w:rPr>
        <w:t xml:space="preserve"> </w:t>
      </w:r>
      <w:proofErr w:type="gramStart"/>
      <w:r w:rsidRPr="00BA19D9">
        <w:rPr>
          <w:rFonts w:eastAsia="맑은 고딕" w:hint="eastAsia"/>
          <w:lang w:eastAsia="ko-KR"/>
        </w:rPr>
        <w:t>목적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/>
          <w:lang w:eastAsia="ko-KR"/>
        </w:rPr>
        <w:t>:</w:t>
      </w:r>
      <w:proofErr w:type="gramEnd"/>
      <w:r w:rsidRPr="00BA19D9">
        <w:rPr>
          <w:rFonts w:eastAsia="맑은 고딕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대회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홍보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영어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비교과교육과정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개선</w:t>
      </w:r>
    </w:p>
    <w:p w14:paraId="54644D01" w14:textId="2FB700CA" w:rsidR="00BA19D9" w:rsidRPr="00BA19D9" w:rsidRDefault="00BA19D9" w:rsidP="00BA19D9">
      <w:pPr>
        <w:spacing w:line="240" w:lineRule="auto"/>
        <w:rPr>
          <w:rFonts w:eastAsia="맑은 고딕" w:hint="eastAsia"/>
          <w:lang w:eastAsia="ko-KR"/>
        </w:rPr>
      </w:pPr>
      <w:r w:rsidRPr="00BA19D9">
        <w:rPr>
          <w:rFonts w:eastAsia="맑은 고딕" w:hint="eastAsia"/>
          <w:lang w:eastAsia="ko-KR"/>
        </w:rPr>
        <w:t>나</w:t>
      </w:r>
      <w:r w:rsidRPr="00BA19D9">
        <w:rPr>
          <w:rFonts w:eastAsia="맑은 고딕"/>
          <w:lang w:eastAsia="ko-KR"/>
        </w:rPr>
        <w:t xml:space="preserve">. </w:t>
      </w:r>
      <w:r w:rsidRPr="00BA19D9">
        <w:rPr>
          <w:rFonts w:eastAsia="맑은 고딕" w:hint="eastAsia"/>
          <w:lang w:eastAsia="ko-KR"/>
        </w:rPr>
        <w:t>개인정보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수집</w:t>
      </w:r>
      <w:r w:rsidRPr="00BA19D9">
        <w:rPr>
          <w:rFonts w:eastAsia="맑은 고딕" w:hint="eastAsia"/>
          <w:lang w:eastAsia="ko-KR"/>
        </w:rPr>
        <w:t xml:space="preserve"> </w:t>
      </w:r>
      <w:proofErr w:type="gramStart"/>
      <w:r w:rsidRPr="00BA19D9">
        <w:rPr>
          <w:rFonts w:eastAsia="맑은 고딕" w:hint="eastAsia"/>
          <w:lang w:eastAsia="ko-KR"/>
        </w:rPr>
        <w:t>항목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/>
          <w:lang w:eastAsia="ko-KR"/>
        </w:rPr>
        <w:t>:</w:t>
      </w:r>
      <w:proofErr w:type="gramEnd"/>
      <w:r w:rsidRPr="00BA19D9">
        <w:rPr>
          <w:rFonts w:eastAsia="맑은 고딕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학과</w:t>
      </w:r>
      <w:r w:rsidRPr="00BA19D9">
        <w:rPr>
          <w:rFonts w:eastAsia="맑은 고딕"/>
          <w:lang w:eastAsia="ko-KR"/>
        </w:rPr>
        <w:t xml:space="preserve">, </w:t>
      </w:r>
      <w:r w:rsidRPr="00BA19D9">
        <w:rPr>
          <w:rFonts w:eastAsia="맑은 고딕" w:hint="eastAsia"/>
          <w:lang w:eastAsia="ko-KR"/>
        </w:rPr>
        <w:t>학번</w:t>
      </w:r>
      <w:r w:rsidRPr="00BA19D9">
        <w:rPr>
          <w:rFonts w:eastAsia="맑은 고딕"/>
          <w:lang w:eastAsia="ko-KR"/>
        </w:rPr>
        <w:t xml:space="preserve">, </w:t>
      </w:r>
      <w:r w:rsidRPr="00BA19D9">
        <w:rPr>
          <w:rFonts w:eastAsia="맑은 고딕" w:hint="eastAsia"/>
          <w:lang w:eastAsia="ko-KR"/>
        </w:rPr>
        <w:t>성명</w:t>
      </w:r>
      <w:r w:rsidRPr="00BA19D9">
        <w:rPr>
          <w:rFonts w:eastAsia="맑은 고딕"/>
          <w:lang w:eastAsia="ko-KR"/>
        </w:rPr>
        <w:t xml:space="preserve">, </w:t>
      </w:r>
      <w:r w:rsidRPr="00BA19D9">
        <w:rPr>
          <w:rFonts w:eastAsia="맑은 고딕" w:hint="eastAsia"/>
          <w:lang w:eastAsia="ko-KR"/>
        </w:rPr>
        <w:t>휴대전화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번호</w:t>
      </w:r>
    </w:p>
    <w:p w14:paraId="26EB04AB" w14:textId="77777777" w:rsidR="00BA19D9" w:rsidRPr="00BA19D9" w:rsidRDefault="00BA19D9" w:rsidP="00BA19D9">
      <w:pPr>
        <w:spacing w:line="240" w:lineRule="auto"/>
        <w:rPr>
          <w:rFonts w:eastAsia="맑은 고딕"/>
          <w:lang w:eastAsia="ko-KR"/>
        </w:rPr>
      </w:pPr>
      <w:r w:rsidRPr="00BA19D9">
        <w:rPr>
          <w:rFonts w:eastAsia="맑은 고딕" w:hint="eastAsia"/>
          <w:lang w:eastAsia="ko-KR"/>
        </w:rPr>
        <w:t>다</w:t>
      </w:r>
      <w:r w:rsidRPr="00BA19D9">
        <w:rPr>
          <w:rFonts w:eastAsia="맑은 고딕"/>
          <w:lang w:eastAsia="ko-KR"/>
        </w:rPr>
        <w:t xml:space="preserve">. </w:t>
      </w:r>
      <w:r w:rsidRPr="00BA19D9">
        <w:rPr>
          <w:rFonts w:eastAsia="맑은 고딕" w:hint="eastAsia"/>
          <w:lang w:eastAsia="ko-KR"/>
        </w:rPr>
        <w:t>거부권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거부에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따른</w:t>
      </w:r>
      <w:r w:rsidRPr="00BA19D9">
        <w:rPr>
          <w:rFonts w:eastAsia="맑은 고딕" w:hint="eastAsia"/>
          <w:lang w:eastAsia="ko-KR"/>
        </w:rPr>
        <w:t xml:space="preserve"> </w:t>
      </w:r>
      <w:proofErr w:type="gramStart"/>
      <w:r w:rsidRPr="00BA19D9">
        <w:rPr>
          <w:rFonts w:eastAsia="맑은 고딕" w:hint="eastAsia"/>
          <w:lang w:eastAsia="ko-KR"/>
        </w:rPr>
        <w:t>불이익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/>
          <w:lang w:eastAsia="ko-KR"/>
        </w:rPr>
        <w:t>:</w:t>
      </w:r>
      <w:proofErr w:type="gramEnd"/>
      <w:r w:rsidRPr="00BA19D9">
        <w:rPr>
          <w:rFonts w:eastAsia="맑은 고딕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제출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동영상과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관련하여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위와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같은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콘텐츠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활용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개인정보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수집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이용에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대하여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거부할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있습니다</w:t>
      </w:r>
      <w:r w:rsidRPr="00BA19D9">
        <w:rPr>
          <w:rFonts w:eastAsia="맑은 고딕"/>
          <w:lang w:eastAsia="ko-KR"/>
        </w:rPr>
        <w:t xml:space="preserve">. </w:t>
      </w:r>
      <w:r w:rsidRPr="00BA19D9">
        <w:rPr>
          <w:rFonts w:eastAsia="맑은 고딕" w:hint="eastAsia"/>
          <w:lang w:eastAsia="ko-KR"/>
        </w:rPr>
        <w:t>다만</w:t>
      </w:r>
      <w:r w:rsidRPr="00BA19D9">
        <w:rPr>
          <w:rFonts w:eastAsia="맑은 고딕"/>
          <w:lang w:eastAsia="ko-KR"/>
        </w:rPr>
        <w:t xml:space="preserve">, </w:t>
      </w:r>
      <w:r w:rsidRPr="00BA19D9">
        <w:rPr>
          <w:rFonts w:eastAsia="맑은 고딕" w:hint="eastAsia"/>
          <w:lang w:eastAsia="ko-KR"/>
        </w:rPr>
        <w:t>해당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정보는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본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대회의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교육적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운영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효과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제고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참가자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관리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등에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활용하기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위한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목적이므로</w:t>
      </w:r>
      <w:r w:rsidRPr="00BA19D9">
        <w:rPr>
          <w:rFonts w:eastAsia="맑은 고딕"/>
          <w:lang w:eastAsia="ko-KR"/>
        </w:rPr>
        <w:t xml:space="preserve">, </w:t>
      </w:r>
      <w:r w:rsidRPr="00BA19D9">
        <w:rPr>
          <w:rFonts w:eastAsia="맑은 고딕" w:hint="eastAsia"/>
          <w:lang w:eastAsia="ko-KR"/>
        </w:rPr>
        <w:t>거부할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경우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대회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참가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수상이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불가능합니다</w:t>
      </w:r>
      <w:r w:rsidRPr="00BA19D9">
        <w:rPr>
          <w:rFonts w:eastAsia="맑은 고딕"/>
          <w:lang w:eastAsia="ko-KR"/>
        </w:rPr>
        <w:t>. (</w:t>
      </w:r>
      <w:r w:rsidRPr="00BA19D9">
        <w:rPr>
          <w:rFonts w:eastAsia="맑은 고딕" w:hint="eastAsia"/>
          <w:u w:val="single"/>
          <w:lang w:eastAsia="ko-KR"/>
        </w:rPr>
        <w:t>대회기간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종료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후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개인별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의사에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따라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온라인에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게시한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동영상은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삭제하여도</w:t>
      </w:r>
      <w:r w:rsidRPr="00BA19D9">
        <w:rPr>
          <w:rFonts w:eastAsia="맑은 고딕" w:hint="eastAsia"/>
          <w:u w:val="single"/>
          <w:lang w:eastAsia="ko-KR"/>
        </w:rPr>
        <w:t xml:space="preserve"> </w:t>
      </w:r>
      <w:r w:rsidRPr="00BA19D9">
        <w:rPr>
          <w:rFonts w:eastAsia="맑은 고딕" w:hint="eastAsia"/>
          <w:u w:val="single"/>
          <w:lang w:eastAsia="ko-KR"/>
        </w:rPr>
        <w:t>무방합니다</w:t>
      </w:r>
      <w:r w:rsidRPr="00BA19D9">
        <w:rPr>
          <w:rFonts w:eastAsia="맑은 고딕"/>
          <w:lang w:eastAsia="ko-KR"/>
        </w:rPr>
        <w:t>)</w:t>
      </w:r>
    </w:p>
    <w:p w14:paraId="382EE3F9" w14:textId="77777777" w:rsidR="00BA19D9" w:rsidRPr="00BA19D9" w:rsidRDefault="00BA19D9" w:rsidP="00BA19D9">
      <w:pPr>
        <w:rPr>
          <w:rFonts w:eastAsia="맑은 고딕" w:hint="eastAsia"/>
          <w:sz w:val="16"/>
          <w:szCs w:val="16"/>
          <w:lang w:eastAsia="ko-KR"/>
        </w:rPr>
      </w:pPr>
    </w:p>
    <w:p w14:paraId="4E5CD6D5" w14:textId="78804F3B" w:rsidR="00BA19D9" w:rsidRPr="00BA19D9" w:rsidRDefault="00BA19D9" w:rsidP="00BA19D9">
      <w:pPr>
        <w:rPr>
          <w:rFonts w:eastAsia="맑은 고딕" w:hint="eastAsia"/>
          <w:lang w:eastAsia="ko-KR"/>
        </w:rPr>
      </w:pPr>
      <w:r w:rsidRPr="00BA19D9">
        <w:rPr>
          <w:rFonts w:eastAsia="맑은 고딕"/>
          <w:lang w:eastAsia="ko-KR"/>
        </w:rPr>
        <w:t>”</w:t>
      </w:r>
      <w:r w:rsidRPr="00BA19D9">
        <w:rPr>
          <w:rFonts w:eastAsia="맑은 고딕" w:hint="eastAsia"/>
          <w:lang w:eastAsia="ko-KR"/>
        </w:rPr>
        <w:t>본인은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성신여자대학교의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개인정보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수집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이용에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동의합니다</w:t>
      </w:r>
      <w:r w:rsidRPr="00BA19D9">
        <w:rPr>
          <w:rFonts w:eastAsia="맑은 고딕"/>
          <w:lang w:eastAsia="ko-KR"/>
        </w:rPr>
        <w:t>“</w:t>
      </w:r>
    </w:p>
    <w:p w14:paraId="6B017D82" w14:textId="0B793093" w:rsidR="00BA19D9" w:rsidRPr="00BA19D9" w:rsidRDefault="00BA19D9" w:rsidP="00BA19D9">
      <w:pPr>
        <w:rPr>
          <w:rFonts w:eastAsia="맑은 고딕" w:hint="eastAsia"/>
          <w:lang w:eastAsia="ko-KR"/>
        </w:rPr>
      </w:pPr>
      <w:r w:rsidRPr="00BA19D9">
        <w:rPr>
          <w:rFonts w:eastAsia="맑은 고딕"/>
          <w:lang w:eastAsia="ko-KR"/>
        </w:rPr>
        <w:t>(</w:t>
      </w:r>
      <w:r w:rsidRPr="00BA19D9">
        <w:rPr>
          <w:rFonts w:eastAsia="맑은 고딕" w:hint="eastAsia"/>
          <w:lang w:eastAsia="ko-KR"/>
        </w:rPr>
        <w:t>동의</w:t>
      </w:r>
      <w:r>
        <w:rPr>
          <w:rFonts w:eastAsia="맑은 고딕" w:hint="eastAsia"/>
          <w:lang w:eastAsia="ko-KR"/>
        </w:rPr>
        <w:t xml:space="preserve"> </w:t>
      </w:r>
      <w:proofErr w:type="gramStart"/>
      <w:r w:rsidRPr="00BA19D9">
        <w:rPr>
          <w:rFonts w:eastAsia="맑은 고딕" w:hint="eastAsia"/>
          <w:lang w:eastAsia="ko-KR"/>
        </w:rPr>
        <w:t>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/>
          <w:lang w:eastAsia="ko-KR"/>
        </w:rPr>
        <w:t>:</w:t>
      </w:r>
      <w:proofErr w:type="gramEnd"/>
      <w:r w:rsidRPr="00BA19D9">
        <w:rPr>
          <w:rFonts w:eastAsia="맑은 고딕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상단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/>
          <w:lang w:eastAsia="ko-KR"/>
        </w:rPr>
        <w:t>"</w:t>
      </w:r>
      <w:r w:rsidRPr="00BA19D9">
        <w:rPr>
          <w:rFonts w:eastAsia="맑은 고딕" w:hint="eastAsia"/>
          <w:lang w:eastAsia="ko-KR"/>
        </w:rPr>
        <w:t>콘텐츠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활용에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대한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동의</w:t>
      </w:r>
      <w:r w:rsidRPr="00BA19D9">
        <w:rPr>
          <w:rFonts w:eastAsia="맑은 고딕"/>
          <w:lang w:eastAsia="ko-KR"/>
        </w:rPr>
        <w:t>“, ”</w:t>
      </w:r>
      <w:r w:rsidRPr="00BA19D9">
        <w:rPr>
          <w:rFonts w:eastAsia="맑은 고딕" w:hint="eastAsia"/>
          <w:lang w:eastAsia="ko-KR"/>
        </w:rPr>
        <w:t>개인정보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수집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이용에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대한</w:t>
      </w:r>
      <w:r w:rsidRPr="00BA19D9">
        <w:rPr>
          <w:rFonts w:eastAsia="맑은 고딕" w:hint="eastAsia"/>
          <w:lang w:eastAsia="ko-KR"/>
        </w:rPr>
        <w:t xml:space="preserve"> </w:t>
      </w:r>
      <w:proofErr w:type="gramStart"/>
      <w:r w:rsidRPr="00BA19D9">
        <w:rPr>
          <w:rFonts w:eastAsia="맑은 고딕" w:hint="eastAsia"/>
          <w:lang w:eastAsia="ko-KR"/>
        </w:rPr>
        <w:t>동의</w:t>
      </w:r>
      <w:r w:rsidRPr="00BA19D9">
        <w:rPr>
          <w:rFonts w:eastAsia="맑은 고딕"/>
          <w:lang w:eastAsia="ko-KR"/>
        </w:rPr>
        <w:t xml:space="preserve">“ </w:t>
      </w:r>
      <w:r w:rsidRPr="00BA19D9">
        <w:rPr>
          <w:rFonts w:eastAsia="맑은 고딕" w:hint="eastAsia"/>
          <w:lang w:eastAsia="ko-KR"/>
        </w:rPr>
        <w:t>란에</w:t>
      </w:r>
      <w:proofErr w:type="gramEnd"/>
      <w:r w:rsidRPr="00BA19D9">
        <w:rPr>
          <w:rFonts w:eastAsia="맑은 고딕" w:hint="eastAsia"/>
          <w:lang w:eastAsia="ko-KR"/>
        </w:rPr>
        <w:t xml:space="preserve"> </w:t>
      </w:r>
      <w:r>
        <w:rPr>
          <w:rFonts w:eastAsia="맑은 고딕"/>
          <w:lang w:eastAsia="ko-KR"/>
        </w:rPr>
        <w:t>“</w:t>
      </w:r>
      <w:r>
        <w:rPr>
          <w:rFonts w:eastAsia="맑은 고딕" w:hint="eastAsia"/>
          <w:lang w:eastAsia="ko-KR"/>
        </w:rPr>
        <w:t>O</w:t>
      </w:r>
      <w:r>
        <w:rPr>
          <w:rFonts w:eastAsia="맑은 고딕"/>
          <w:lang w:eastAsia="ko-KR"/>
        </w:rPr>
        <w:t>”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표시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후</w:t>
      </w:r>
      <w:r w:rsidRPr="00BA19D9">
        <w:rPr>
          <w:rFonts w:eastAsia="맑은 고딕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하단에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참가자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전원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인적사항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기록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및</w:t>
      </w:r>
      <w:r w:rsidRPr="00BA19D9">
        <w:rPr>
          <w:rFonts w:eastAsia="맑은 고딕" w:hint="eastAsia"/>
          <w:lang w:eastAsia="ko-KR"/>
        </w:rPr>
        <w:t xml:space="preserve"> </w:t>
      </w:r>
      <w:r w:rsidRPr="00BA19D9">
        <w:rPr>
          <w:rFonts w:eastAsia="맑은 고딕" w:hint="eastAsia"/>
          <w:lang w:eastAsia="ko-KR"/>
        </w:rPr>
        <w:t>서명</w:t>
      </w:r>
      <w:r w:rsidRPr="00BA19D9">
        <w:rPr>
          <w:rFonts w:eastAsia="맑은 고딕"/>
          <w:lang w:eastAsia="ko-KR"/>
        </w:rPr>
        <w:t>)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437"/>
        <w:gridCol w:w="1440"/>
        <w:gridCol w:w="1439"/>
        <w:gridCol w:w="1438"/>
        <w:gridCol w:w="1438"/>
        <w:gridCol w:w="1438"/>
      </w:tblGrid>
      <w:tr w:rsidR="00BA19D9" w14:paraId="47A3DB9F" w14:textId="77777777" w:rsidTr="002604E3">
        <w:tc>
          <w:tcPr>
            <w:tcW w:w="1437" w:type="dxa"/>
          </w:tcPr>
          <w:p w14:paraId="3338D5BE" w14:textId="608E7770" w:rsidR="00BA19D9" w:rsidRPr="00BA19D9" w:rsidRDefault="00BA19D9" w:rsidP="002604E3">
            <w:pPr>
              <w:rPr>
                <w:rFonts w:eastAsia="맑은 고딕" w:hint="eastAsia"/>
                <w:lang w:eastAsia="ko-KR"/>
              </w:rPr>
            </w:pPr>
          </w:p>
        </w:tc>
        <w:tc>
          <w:tcPr>
            <w:tcW w:w="1440" w:type="dxa"/>
          </w:tcPr>
          <w:p w14:paraId="266CBB0F" w14:textId="49EC8DDD" w:rsidR="00BA19D9" w:rsidRDefault="00BA19D9" w:rsidP="002604E3">
            <w:r>
              <w:rPr>
                <w:rFonts w:ascii="맑은 고딕" w:eastAsia="맑은 고딕" w:hAnsi="맑은 고딕" w:cs="맑은 고딕" w:hint="eastAsia"/>
                <w:lang w:eastAsia="ko-KR"/>
              </w:rPr>
              <w:t>학과</w:t>
            </w:r>
          </w:p>
        </w:tc>
        <w:tc>
          <w:tcPr>
            <w:tcW w:w="1439" w:type="dxa"/>
          </w:tcPr>
          <w:p w14:paraId="3450EA8B" w14:textId="41243CCA" w:rsidR="00BA19D9" w:rsidRDefault="00BA19D9" w:rsidP="002604E3">
            <w:r>
              <w:rPr>
                <w:rFonts w:ascii="맑은 고딕" w:eastAsia="맑은 고딕" w:hAnsi="맑은 고딕" w:cs="맑은 고딕" w:hint="eastAsia"/>
                <w:lang w:eastAsia="ko-KR"/>
              </w:rPr>
              <w:t>학번</w:t>
            </w:r>
          </w:p>
        </w:tc>
        <w:tc>
          <w:tcPr>
            <w:tcW w:w="1438" w:type="dxa"/>
          </w:tcPr>
          <w:p w14:paraId="1F42A3E6" w14:textId="27997B0D" w:rsidR="00BA19D9" w:rsidRPr="00BA19D9" w:rsidRDefault="00BA19D9" w:rsidP="002604E3">
            <w:pPr>
              <w:rPr>
                <w:rFonts w:eastAsia="맑은 고딕" w:hint="eastAsia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이름</w:t>
            </w:r>
          </w:p>
        </w:tc>
        <w:tc>
          <w:tcPr>
            <w:tcW w:w="1438" w:type="dxa"/>
          </w:tcPr>
          <w:p w14:paraId="5A967A61" w14:textId="0CE64311" w:rsidR="00BA19D9" w:rsidRDefault="00BA19D9" w:rsidP="002604E3">
            <w:pPr>
              <w:rPr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lang w:eastAsia="ko-KR"/>
              </w:rPr>
              <w:t>연락처</w:t>
            </w:r>
          </w:p>
        </w:tc>
        <w:tc>
          <w:tcPr>
            <w:tcW w:w="1438" w:type="dxa"/>
          </w:tcPr>
          <w:p w14:paraId="59E1D48C" w14:textId="7D8DB9AE" w:rsidR="00BA19D9" w:rsidRPr="00BA19D9" w:rsidRDefault="00BA19D9" w:rsidP="002604E3">
            <w:pPr>
              <w:rPr>
                <w:rFonts w:eastAsia="맑은 고딕" w:hint="eastAsia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서명</w:t>
            </w:r>
          </w:p>
        </w:tc>
      </w:tr>
      <w:tr w:rsidR="00BA19D9" w14:paraId="3E238917" w14:textId="77777777" w:rsidTr="00A21F4C">
        <w:tc>
          <w:tcPr>
            <w:tcW w:w="1437" w:type="dxa"/>
          </w:tcPr>
          <w:p w14:paraId="742D37A7" w14:textId="77777777" w:rsidR="00BA19D9" w:rsidRDefault="00BA19D9" w:rsidP="00BA19D9">
            <w:r>
              <w:t>1</w:t>
            </w:r>
          </w:p>
        </w:tc>
        <w:tc>
          <w:tcPr>
            <w:tcW w:w="1440" w:type="dxa"/>
          </w:tcPr>
          <w:p w14:paraId="05BCFA28" w14:textId="77777777" w:rsidR="00BA19D9" w:rsidRDefault="00BA19D9" w:rsidP="00BA19D9"/>
        </w:tc>
        <w:tc>
          <w:tcPr>
            <w:tcW w:w="1439" w:type="dxa"/>
          </w:tcPr>
          <w:p w14:paraId="3DD58701" w14:textId="77777777" w:rsidR="00BA19D9" w:rsidRDefault="00BA19D9" w:rsidP="00BA19D9"/>
        </w:tc>
        <w:tc>
          <w:tcPr>
            <w:tcW w:w="1438" w:type="dxa"/>
          </w:tcPr>
          <w:p w14:paraId="43A90D3A" w14:textId="77777777" w:rsidR="00BA19D9" w:rsidRDefault="00BA19D9" w:rsidP="00BA19D9"/>
        </w:tc>
        <w:tc>
          <w:tcPr>
            <w:tcW w:w="1438" w:type="dxa"/>
          </w:tcPr>
          <w:p w14:paraId="476D3812" w14:textId="77777777" w:rsidR="00BA19D9" w:rsidRDefault="00BA19D9" w:rsidP="00BA19D9"/>
        </w:tc>
        <w:tc>
          <w:tcPr>
            <w:tcW w:w="1438" w:type="dxa"/>
            <w:vAlign w:val="center"/>
          </w:tcPr>
          <w:p w14:paraId="440CE7C0" w14:textId="2098315C" w:rsidR="00BA19D9" w:rsidRPr="00BA19D9" w:rsidRDefault="00BA19D9" w:rsidP="00BA19D9">
            <w:pPr>
              <w:rPr>
                <w:rFonts w:eastAsia="맑은 고딕" w:hint="eastAsia"/>
                <w:lang w:eastAsia="ko-KR"/>
              </w:rPr>
            </w:pPr>
          </w:p>
        </w:tc>
      </w:tr>
      <w:tr w:rsidR="00BA19D9" w14:paraId="0E8679B4" w14:textId="77777777" w:rsidTr="002604E3">
        <w:tc>
          <w:tcPr>
            <w:tcW w:w="1437" w:type="dxa"/>
          </w:tcPr>
          <w:p w14:paraId="744F171C" w14:textId="77777777" w:rsidR="00BA19D9" w:rsidRDefault="00BA19D9" w:rsidP="00BA19D9">
            <w:r>
              <w:t>2</w:t>
            </w:r>
          </w:p>
        </w:tc>
        <w:tc>
          <w:tcPr>
            <w:tcW w:w="1440" w:type="dxa"/>
          </w:tcPr>
          <w:p w14:paraId="1936929F" w14:textId="77777777" w:rsidR="00BA19D9" w:rsidRDefault="00BA19D9" w:rsidP="00BA19D9"/>
        </w:tc>
        <w:tc>
          <w:tcPr>
            <w:tcW w:w="1439" w:type="dxa"/>
          </w:tcPr>
          <w:p w14:paraId="5DA3A491" w14:textId="77777777" w:rsidR="00BA19D9" w:rsidRDefault="00BA19D9" w:rsidP="00BA19D9"/>
        </w:tc>
        <w:tc>
          <w:tcPr>
            <w:tcW w:w="1438" w:type="dxa"/>
          </w:tcPr>
          <w:p w14:paraId="69ED4177" w14:textId="77777777" w:rsidR="00BA19D9" w:rsidRDefault="00BA19D9" w:rsidP="00BA19D9"/>
        </w:tc>
        <w:tc>
          <w:tcPr>
            <w:tcW w:w="1438" w:type="dxa"/>
          </w:tcPr>
          <w:p w14:paraId="4DF5568F" w14:textId="77777777" w:rsidR="00BA19D9" w:rsidRDefault="00BA19D9" w:rsidP="00BA19D9"/>
        </w:tc>
        <w:tc>
          <w:tcPr>
            <w:tcW w:w="1438" w:type="dxa"/>
          </w:tcPr>
          <w:p w14:paraId="58068E1B" w14:textId="77777777" w:rsidR="00BA19D9" w:rsidRDefault="00BA19D9" w:rsidP="00BA19D9"/>
        </w:tc>
      </w:tr>
    </w:tbl>
    <w:p w14:paraId="68F10C62" w14:textId="77777777" w:rsidR="00BA19D9" w:rsidRDefault="00BA19D9" w:rsidP="00BA19D9">
      <w:pPr>
        <w:rPr>
          <w:rFonts w:eastAsia="맑은 고딕" w:hint="eastAsia"/>
          <w:lang w:eastAsia="ko-KR"/>
        </w:rPr>
      </w:pPr>
    </w:p>
    <w:sectPr w:rsidR="00BA19D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72D357E"/>
    <w:multiLevelType w:val="hybridMultilevel"/>
    <w:tmpl w:val="F1306A68"/>
    <w:lvl w:ilvl="0" w:tplc="B288B532">
      <w:start w:val="1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맑은 고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7EA018F8"/>
    <w:multiLevelType w:val="hybridMultilevel"/>
    <w:tmpl w:val="78A26736"/>
    <w:lvl w:ilvl="0" w:tplc="E9C82CA0">
      <w:start w:val="1"/>
      <w:numFmt w:val="bullet"/>
      <w:lvlText w:val=""/>
      <w:lvlJc w:val="left"/>
      <w:pPr>
        <w:ind w:left="800" w:hanging="360"/>
      </w:pPr>
      <w:rPr>
        <w:rFonts w:ascii="Wingdings" w:eastAsia="맑은 고딕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39936365">
    <w:abstractNumId w:val="8"/>
  </w:num>
  <w:num w:numId="2" w16cid:durableId="68619651">
    <w:abstractNumId w:val="6"/>
  </w:num>
  <w:num w:numId="3" w16cid:durableId="1051274515">
    <w:abstractNumId w:val="5"/>
  </w:num>
  <w:num w:numId="4" w16cid:durableId="1470395727">
    <w:abstractNumId w:val="4"/>
  </w:num>
  <w:num w:numId="5" w16cid:durableId="1669944551">
    <w:abstractNumId w:val="7"/>
  </w:num>
  <w:num w:numId="6" w16cid:durableId="2065176165">
    <w:abstractNumId w:val="3"/>
  </w:num>
  <w:num w:numId="7" w16cid:durableId="1524779745">
    <w:abstractNumId w:val="2"/>
  </w:num>
  <w:num w:numId="8" w16cid:durableId="489055271">
    <w:abstractNumId w:val="1"/>
  </w:num>
  <w:num w:numId="9" w16cid:durableId="575087886">
    <w:abstractNumId w:val="0"/>
  </w:num>
  <w:num w:numId="10" w16cid:durableId="396244721">
    <w:abstractNumId w:val="10"/>
  </w:num>
  <w:num w:numId="11" w16cid:durableId="14604175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208B8"/>
    <w:rsid w:val="00472919"/>
    <w:rsid w:val="007474C9"/>
    <w:rsid w:val="0082463C"/>
    <w:rsid w:val="00AA1D8D"/>
    <w:rsid w:val="00B47730"/>
    <w:rsid w:val="00B65EAB"/>
    <w:rsid w:val="00BA19D9"/>
    <w:rsid w:val="00CB0664"/>
    <w:rsid w:val="00D04C4C"/>
    <w:rsid w:val="00F14229"/>
    <w:rsid w:val="00F425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F18DF3"/>
  <w14:defaultImageDpi w14:val="300"/>
  <w15:docId w15:val="{2DDF633F-A53D-4FB1-BFFE-A6D3BCE7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298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최정우 (창의융합 교학팀)</cp:lastModifiedBy>
  <cp:revision>7</cp:revision>
  <dcterms:created xsi:type="dcterms:W3CDTF">2013-12-23T23:15:00Z</dcterms:created>
  <dcterms:modified xsi:type="dcterms:W3CDTF">2025-10-02T06:39:00Z</dcterms:modified>
  <cp:category/>
</cp:coreProperties>
</file>